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06AC1" w14:textId="77777777" w:rsidR="00EE4C76" w:rsidRDefault="00000000">
      <w:pPr>
        <w:jc w:val="center"/>
      </w:pPr>
      <w:r>
        <w:rPr>
          <w:b/>
          <w:color w:val="1A5C69"/>
          <w:sz w:val="40"/>
        </w:rPr>
        <w:t>CareDose Mobile Care</w:t>
      </w:r>
    </w:p>
    <w:p w14:paraId="0D3C670D" w14:textId="77777777" w:rsidR="00EE4C76" w:rsidRDefault="00000000">
      <w:pPr>
        <w:jc w:val="center"/>
      </w:pPr>
      <w:r>
        <w:rPr>
          <w:b/>
          <w:color w:val="46505A"/>
          <w:sz w:val="24"/>
        </w:rPr>
        <w:t>PATIENT REFERRAL FORM</w:t>
      </w:r>
    </w:p>
    <w:p w14:paraId="614A17A4" w14:textId="77777777" w:rsidR="00EE4C76" w:rsidRDefault="00000000">
      <w:pPr>
        <w:spacing w:after="160"/>
        <w:jc w:val="center"/>
      </w:pPr>
      <w:r>
        <w:t>Please complete all applicable fields. This form contains confidential personal health information; send it only through an approved, secure channel.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EE4C76" w14:paraId="47634784" w14:textId="77777777">
        <w:trPr>
          <w:jc w:val="center"/>
        </w:trPr>
        <w:tc>
          <w:tcPr>
            <w:tcW w:w="10224" w:type="dxa"/>
            <w:shd w:val="clear" w:color="auto" w:fill="1A5C69"/>
            <w:vAlign w:val="center"/>
          </w:tcPr>
          <w:p w14:paraId="7279D813" w14:textId="77777777" w:rsidR="00EE4C76" w:rsidRDefault="00000000">
            <w:pPr>
              <w:spacing w:before="40" w:after="40"/>
            </w:pPr>
            <w:r>
              <w:rPr>
                <w:b/>
                <w:color w:val="FFFFFF"/>
                <w:sz w:val="20"/>
              </w:rPr>
              <w:t>1. PATIENT INFORMATION</w:t>
            </w:r>
          </w:p>
        </w:tc>
      </w:tr>
    </w:tbl>
    <w:p w14:paraId="46BB5B1C" w14:textId="77777777" w:rsidR="00EE4C76" w:rsidRDefault="00EE4C7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056"/>
      </w:tblGrid>
      <w:tr w:rsidR="00EE4C76" w14:paraId="49CC03B6" w14:textId="77777777">
        <w:trPr>
          <w:jc w:val="center"/>
        </w:trPr>
        <w:tc>
          <w:tcPr>
            <w:tcW w:w="2880" w:type="dxa"/>
            <w:shd w:val="clear" w:color="auto" w:fill="EAF1F2"/>
            <w:vAlign w:val="center"/>
          </w:tcPr>
          <w:p w14:paraId="1CA317F1" w14:textId="77777777" w:rsidR="00EE4C76" w:rsidRDefault="00000000">
            <w:pPr>
              <w:spacing w:before="60" w:after="60"/>
            </w:pPr>
            <w:r>
              <w:t>Patient full name</w:t>
            </w:r>
          </w:p>
        </w:tc>
        <w:tc>
          <w:tcPr>
            <w:tcW w:w="7056" w:type="dxa"/>
            <w:vAlign w:val="center"/>
          </w:tcPr>
          <w:p w14:paraId="37DA3911" w14:textId="77777777" w:rsidR="00EE4C76" w:rsidRDefault="00000000">
            <w:pPr>
              <w:spacing w:before="60" w:after="60"/>
            </w:pPr>
            <w:r>
              <w:t>________________________________________________________________</w:t>
            </w:r>
          </w:p>
        </w:tc>
      </w:tr>
      <w:tr w:rsidR="00EE4C76" w14:paraId="2EDB739F" w14:textId="77777777">
        <w:trPr>
          <w:jc w:val="center"/>
        </w:trPr>
        <w:tc>
          <w:tcPr>
            <w:tcW w:w="2880" w:type="dxa"/>
            <w:shd w:val="clear" w:color="auto" w:fill="EAF1F2"/>
            <w:vAlign w:val="center"/>
          </w:tcPr>
          <w:p w14:paraId="32B74259" w14:textId="77777777" w:rsidR="00EE4C76" w:rsidRDefault="00000000">
            <w:pPr>
              <w:spacing w:before="60" w:after="60"/>
            </w:pPr>
            <w:r>
              <w:t>Date of birth (YYYY-MM-DD)</w:t>
            </w:r>
          </w:p>
        </w:tc>
        <w:tc>
          <w:tcPr>
            <w:tcW w:w="7056" w:type="dxa"/>
            <w:vAlign w:val="center"/>
          </w:tcPr>
          <w:p w14:paraId="3B791305" w14:textId="77777777" w:rsidR="00EE4C76" w:rsidRDefault="00000000">
            <w:pPr>
              <w:spacing w:before="60" w:after="60"/>
            </w:pPr>
            <w:r>
              <w:t>________________________________________________________________</w:t>
            </w:r>
          </w:p>
        </w:tc>
      </w:tr>
      <w:tr w:rsidR="00EE4C76" w14:paraId="69937B99" w14:textId="77777777">
        <w:trPr>
          <w:jc w:val="center"/>
        </w:trPr>
        <w:tc>
          <w:tcPr>
            <w:tcW w:w="2880" w:type="dxa"/>
            <w:shd w:val="clear" w:color="auto" w:fill="EAF1F2"/>
            <w:vAlign w:val="center"/>
          </w:tcPr>
          <w:p w14:paraId="33EF5535" w14:textId="77777777" w:rsidR="00EE4C76" w:rsidRDefault="00000000">
            <w:pPr>
              <w:spacing w:before="60" w:after="60"/>
            </w:pPr>
            <w:r>
              <w:t>Home address</w:t>
            </w:r>
          </w:p>
        </w:tc>
        <w:tc>
          <w:tcPr>
            <w:tcW w:w="7056" w:type="dxa"/>
            <w:vAlign w:val="center"/>
          </w:tcPr>
          <w:p w14:paraId="7FA49FCD" w14:textId="77777777" w:rsidR="00EE4C76" w:rsidRDefault="00000000">
            <w:pPr>
              <w:spacing w:before="60" w:after="60"/>
            </w:pPr>
            <w:r>
              <w:t>________________________________________________________________</w:t>
            </w:r>
          </w:p>
        </w:tc>
      </w:tr>
      <w:tr w:rsidR="00EE4C76" w14:paraId="03855190" w14:textId="77777777">
        <w:trPr>
          <w:jc w:val="center"/>
        </w:trPr>
        <w:tc>
          <w:tcPr>
            <w:tcW w:w="2880" w:type="dxa"/>
            <w:shd w:val="clear" w:color="auto" w:fill="EAF1F2"/>
            <w:vAlign w:val="center"/>
          </w:tcPr>
          <w:p w14:paraId="59F98DCC" w14:textId="77777777" w:rsidR="00EE4C76" w:rsidRDefault="00000000">
            <w:pPr>
              <w:spacing w:before="60" w:after="60"/>
            </w:pPr>
            <w:r>
              <w:t>City / Province / Postal code</w:t>
            </w:r>
          </w:p>
        </w:tc>
        <w:tc>
          <w:tcPr>
            <w:tcW w:w="7056" w:type="dxa"/>
            <w:vAlign w:val="center"/>
          </w:tcPr>
          <w:p w14:paraId="55C1B68E" w14:textId="77777777" w:rsidR="00EE4C76" w:rsidRDefault="00000000">
            <w:pPr>
              <w:spacing w:before="60" w:after="60"/>
            </w:pPr>
            <w:r>
              <w:t>________________________________________________________________</w:t>
            </w:r>
          </w:p>
        </w:tc>
      </w:tr>
      <w:tr w:rsidR="00EE4C76" w14:paraId="024F71CD" w14:textId="77777777">
        <w:trPr>
          <w:jc w:val="center"/>
        </w:trPr>
        <w:tc>
          <w:tcPr>
            <w:tcW w:w="2880" w:type="dxa"/>
            <w:shd w:val="clear" w:color="auto" w:fill="EAF1F2"/>
            <w:vAlign w:val="center"/>
          </w:tcPr>
          <w:p w14:paraId="2C96AAF9" w14:textId="77777777" w:rsidR="00EE4C76" w:rsidRDefault="00000000">
            <w:pPr>
              <w:spacing w:before="60" w:after="60"/>
            </w:pPr>
            <w:r>
              <w:t>Phone number</w:t>
            </w:r>
          </w:p>
        </w:tc>
        <w:tc>
          <w:tcPr>
            <w:tcW w:w="7056" w:type="dxa"/>
            <w:vAlign w:val="center"/>
          </w:tcPr>
          <w:p w14:paraId="2B29EBFF" w14:textId="77777777" w:rsidR="00EE4C76" w:rsidRDefault="00000000">
            <w:pPr>
              <w:spacing w:before="60" w:after="60"/>
            </w:pPr>
            <w:r>
              <w:t>________________________________________________________________</w:t>
            </w:r>
          </w:p>
        </w:tc>
      </w:tr>
      <w:tr w:rsidR="00EE4C76" w14:paraId="709D8645" w14:textId="77777777">
        <w:trPr>
          <w:jc w:val="center"/>
        </w:trPr>
        <w:tc>
          <w:tcPr>
            <w:tcW w:w="2880" w:type="dxa"/>
            <w:shd w:val="clear" w:color="auto" w:fill="EAF1F2"/>
            <w:vAlign w:val="center"/>
          </w:tcPr>
          <w:p w14:paraId="3CCD88FC" w14:textId="77777777" w:rsidR="00EE4C76" w:rsidRDefault="00000000">
            <w:pPr>
              <w:spacing w:before="60" w:after="60"/>
            </w:pPr>
            <w:r>
              <w:t>Preferred contact method / best time</w:t>
            </w:r>
          </w:p>
        </w:tc>
        <w:tc>
          <w:tcPr>
            <w:tcW w:w="7056" w:type="dxa"/>
            <w:vAlign w:val="center"/>
          </w:tcPr>
          <w:p w14:paraId="340CF847" w14:textId="77777777" w:rsidR="00EE4C76" w:rsidRDefault="00000000">
            <w:pPr>
              <w:spacing w:before="60" w:after="60"/>
            </w:pPr>
            <w:r>
              <w:t>________________________________________________________________</w:t>
            </w:r>
          </w:p>
        </w:tc>
      </w:tr>
    </w:tbl>
    <w:p w14:paraId="6634F409" w14:textId="77777777" w:rsidR="00EE4C76" w:rsidRDefault="00EE4C76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EE4C76" w14:paraId="6E945E11" w14:textId="77777777">
        <w:trPr>
          <w:jc w:val="center"/>
        </w:trPr>
        <w:tc>
          <w:tcPr>
            <w:tcW w:w="10224" w:type="dxa"/>
            <w:shd w:val="clear" w:color="auto" w:fill="1A5C69"/>
            <w:vAlign w:val="center"/>
          </w:tcPr>
          <w:p w14:paraId="1882D790" w14:textId="77777777" w:rsidR="00EE4C76" w:rsidRDefault="00000000">
            <w:pPr>
              <w:spacing w:before="40" w:after="40"/>
            </w:pPr>
            <w:r>
              <w:rPr>
                <w:b/>
                <w:color w:val="FFFFFF"/>
                <w:sz w:val="20"/>
              </w:rPr>
              <w:t>2. REFERRING SOURCE</w:t>
            </w:r>
          </w:p>
        </w:tc>
      </w:tr>
    </w:tbl>
    <w:p w14:paraId="4CE99934" w14:textId="77777777" w:rsidR="00EE4C76" w:rsidRDefault="00EE4C7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056"/>
      </w:tblGrid>
      <w:tr w:rsidR="00EE4C76" w14:paraId="1629A542" w14:textId="77777777">
        <w:trPr>
          <w:jc w:val="center"/>
        </w:trPr>
        <w:tc>
          <w:tcPr>
            <w:tcW w:w="2880" w:type="dxa"/>
            <w:shd w:val="clear" w:color="auto" w:fill="EAF1F2"/>
            <w:vAlign w:val="center"/>
          </w:tcPr>
          <w:p w14:paraId="38A73070" w14:textId="77777777" w:rsidR="00EE4C76" w:rsidRDefault="00000000">
            <w:pPr>
              <w:spacing w:before="60" w:after="60"/>
            </w:pPr>
            <w:r>
              <w:t>Organization name</w:t>
            </w:r>
          </w:p>
        </w:tc>
        <w:tc>
          <w:tcPr>
            <w:tcW w:w="7056" w:type="dxa"/>
            <w:vAlign w:val="center"/>
          </w:tcPr>
          <w:p w14:paraId="00FA1CA5" w14:textId="77777777" w:rsidR="00EE4C76" w:rsidRDefault="00000000">
            <w:pPr>
              <w:spacing w:before="60" w:after="60"/>
            </w:pPr>
            <w:r>
              <w:t>________________________________________________________________</w:t>
            </w:r>
          </w:p>
        </w:tc>
      </w:tr>
      <w:tr w:rsidR="00EE4C76" w14:paraId="46DC8EEA" w14:textId="77777777">
        <w:trPr>
          <w:jc w:val="center"/>
        </w:trPr>
        <w:tc>
          <w:tcPr>
            <w:tcW w:w="2880" w:type="dxa"/>
            <w:shd w:val="clear" w:color="auto" w:fill="EAF1F2"/>
            <w:vAlign w:val="center"/>
          </w:tcPr>
          <w:p w14:paraId="56B59B1C" w14:textId="77777777" w:rsidR="00EE4C76" w:rsidRDefault="00000000">
            <w:pPr>
              <w:spacing w:before="60" w:after="60"/>
            </w:pPr>
            <w:r>
              <w:t>Address</w:t>
            </w:r>
          </w:p>
        </w:tc>
        <w:tc>
          <w:tcPr>
            <w:tcW w:w="7056" w:type="dxa"/>
            <w:vAlign w:val="center"/>
          </w:tcPr>
          <w:p w14:paraId="100C671D" w14:textId="77777777" w:rsidR="00EE4C76" w:rsidRDefault="00000000">
            <w:pPr>
              <w:spacing w:before="60" w:after="60"/>
            </w:pPr>
            <w:r>
              <w:t>________________________________________________________________</w:t>
            </w:r>
          </w:p>
        </w:tc>
      </w:tr>
      <w:tr w:rsidR="00EE4C76" w14:paraId="4D06D757" w14:textId="77777777">
        <w:trPr>
          <w:jc w:val="center"/>
        </w:trPr>
        <w:tc>
          <w:tcPr>
            <w:tcW w:w="2880" w:type="dxa"/>
            <w:shd w:val="clear" w:color="auto" w:fill="EAF1F2"/>
            <w:vAlign w:val="center"/>
          </w:tcPr>
          <w:p w14:paraId="16637682" w14:textId="77777777" w:rsidR="00EE4C76" w:rsidRDefault="00000000">
            <w:pPr>
              <w:spacing w:before="60" w:after="60"/>
            </w:pPr>
            <w:r>
              <w:t>Phone number</w:t>
            </w:r>
          </w:p>
        </w:tc>
        <w:tc>
          <w:tcPr>
            <w:tcW w:w="7056" w:type="dxa"/>
            <w:vAlign w:val="center"/>
          </w:tcPr>
          <w:p w14:paraId="00C6285B" w14:textId="77777777" w:rsidR="00EE4C76" w:rsidRDefault="00000000">
            <w:pPr>
              <w:spacing w:before="60" w:after="60"/>
            </w:pPr>
            <w:r>
              <w:t>________________________________________________________________</w:t>
            </w:r>
          </w:p>
        </w:tc>
      </w:tr>
      <w:tr w:rsidR="00EE4C76" w14:paraId="512F5506" w14:textId="77777777">
        <w:trPr>
          <w:jc w:val="center"/>
        </w:trPr>
        <w:tc>
          <w:tcPr>
            <w:tcW w:w="2880" w:type="dxa"/>
            <w:shd w:val="clear" w:color="auto" w:fill="EAF1F2"/>
            <w:vAlign w:val="center"/>
          </w:tcPr>
          <w:p w14:paraId="1A800BDC" w14:textId="77777777" w:rsidR="00EE4C76" w:rsidRDefault="00000000">
            <w:pPr>
              <w:spacing w:before="60" w:after="60"/>
            </w:pPr>
            <w:r>
              <w:t>Email</w:t>
            </w:r>
          </w:p>
        </w:tc>
        <w:tc>
          <w:tcPr>
            <w:tcW w:w="7056" w:type="dxa"/>
            <w:vAlign w:val="center"/>
          </w:tcPr>
          <w:p w14:paraId="3D53C167" w14:textId="77777777" w:rsidR="00EE4C76" w:rsidRDefault="00000000">
            <w:pPr>
              <w:spacing w:before="60" w:after="60"/>
            </w:pPr>
            <w:r>
              <w:t>________________________________________________________________</w:t>
            </w:r>
          </w:p>
        </w:tc>
      </w:tr>
      <w:tr w:rsidR="00EE4C76" w14:paraId="5DD3BC40" w14:textId="77777777">
        <w:trPr>
          <w:jc w:val="center"/>
        </w:trPr>
        <w:tc>
          <w:tcPr>
            <w:tcW w:w="2880" w:type="dxa"/>
            <w:shd w:val="clear" w:color="auto" w:fill="EAF1F2"/>
            <w:vAlign w:val="center"/>
          </w:tcPr>
          <w:p w14:paraId="1FDDA165" w14:textId="77777777" w:rsidR="00EE4C76" w:rsidRDefault="00000000">
            <w:pPr>
              <w:spacing w:before="60" w:after="60"/>
            </w:pPr>
            <w:r>
              <w:t>Fax</w:t>
            </w:r>
          </w:p>
        </w:tc>
        <w:tc>
          <w:tcPr>
            <w:tcW w:w="7056" w:type="dxa"/>
            <w:vAlign w:val="center"/>
          </w:tcPr>
          <w:p w14:paraId="14856DD8" w14:textId="77777777" w:rsidR="00EE4C76" w:rsidRDefault="00000000">
            <w:pPr>
              <w:spacing w:before="60" w:after="60"/>
            </w:pPr>
            <w:r>
              <w:t>________________________________________________________________</w:t>
            </w:r>
          </w:p>
        </w:tc>
      </w:tr>
      <w:tr w:rsidR="00EE4C76" w14:paraId="402F012B" w14:textId="77777777">
        <w:trPr>
          <w:jc w:val="center"/>
        </w:trPr>
        <w:tc>
          <w:tcPr>
            <w:tcW w:w="2880" w:type="dxa"/>
            <w:shd w:val="clear" w:color="auto" w:fill="EAF1F2"/>
            <w:vAlign w:val="center"/>
          </w:tcPr>
          <w:p w14:paraId="1EE9D9B7" w14:textId="77777777" w:rsidR="00EE4C76" w:rsidRDefault="00000000">
            <w:pPr>
              <w:spacing w:before="60" w:after="60"/>
            </w:pPr>
            <w:r>
              <w:t>Referrer name and role</w:t>
            </w:r>
          </w:p>
        </w:tc>
        <w:tc>
          <w:tcPr>
            <w:tcW w:w="7056" w:type="dxa"/>
            <w:vAlign w:val="center"/>
          </w:tcPr>
          <w:p w14:paraId="0C51FBA1" w14:textId="77777777" w:rsidR="00EE4C76" w:rsidRDefault="00000000">
            <w:pPr>
              <w:spacing w:before="60" w:after="60"/>
            </w:pPr>
            <w:r>
              <w:t>________________________________________________________________</w:t>
            </w:r>
          </w:p>
        </w:tc>
      </w:tr>
      <w:tr w:rsidR="00EE4C76" w14:paraId="07D6BD90" w14:textId="77777777">
        <w:trPr>
          <w:jc w:val="center"/>
        </w:trPr>
        <w:tc>
          <w:tcPr>
            <w:tcW w:w="2880" w:type="dxa"/>
            <w:shd w:val="clear" w:color="auto" w:fill="EAF1F2"/>
            <w:vAlign w:val="center"/>
          </w:tcPr>
          <w:p w14:paraId="487BD656" w14:textId="77777777" w:rsidR="00EE4C76" w:rsidRDefault="00000000">
            <w:pPr>
              <w:spacing w:before="60" w:after="60"/>
            </w:pPr>
            <w:r>
              <w:t>Date of referral (YYYY-MM-DD)</w:t>
            </w:r>
          </w:p>
          <w:p w14:paraId="39C54A74" w14:textId="77777777" w:rsidR="0031719F" w:rsidRDefault="0031719F">
            <w:pPr>
              <w:spacing w:before="60" w:after="60"/>
            </w:pPr>
          </w:p>
          <w:p w14:paraId="664C9281" w14:textId="2680E45B" w:rsidR="0031719F" w:rsidRDefault="0031719F">
            <w:pPr>
              <w:spacing w:before="60" w:after="60"/>
            </w:pPr>
            <w:r>
              <w:t>Doctor’s Name</w:t>
            </w:r>
          </w:p>
        </w:tc>
        <w:tc>
          <w:tcPr>
            <w:tcW w:w="7056" w:type="dxa"/>
            <w:vAlign w:val="center"/>
          </w:tcPr>
          <w:p w14:paraId="6920F56D" w14:textId="77777777" w:rsidR="00EE4C76" w:rsidRDefault="00000000">
            <w:pPr>
              <w:spacing w:before="60" w:after="60"/>
            </w:pPr>
            <w:r>
              <w:t>________________________________________________________________</w:t>
            </w:r>
          </w:p>
          <w:p w14:paraId="13AF8ABE" w14:textId="77777777" w:rsidR="0031719F" w:rsidRDefault="0031719F">
            <w:pPr>
              <w:spacing w:before="60" w:after="60"/>
            </w:pPr>
          </w:p>
          <w:p w14:paraId="229D4E6F" w14:textId="185B214C" w:rsidR="0031719F" w:rsidRDefault="0031719F">
            <w:pPr>
              <w:spacing w:before="60" w:after="60"/>
            </w:pPr>
            <w:r>
              <w:t>________________________________________________________________</w:t>
            </w:r>
          </w:p>
        </w:tc>
      </w:tr>
    </w:tbl>
    <w:p w14:paraId="5432EA7E" w14:textId="77777777" w:rsidR="00EE4C76" w:rsidRDefault="00EE4C76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EE4C76" w14:paraId="7733FEA8" w14:textId="77777777">
        <w:trPr>
          <w:jc w:val="center"/>
        </w:trPr>
        <w:tc>
          <w:tcPr>
            <w:tcW w:w="10224" w:type="dxa"/>
            <w:shd w:val="clear" w:color="auto" w:fill="1A5C69"/>
            <w:vAlign w:val="center"/>
          </w:tcPr>
          <w:p w14:paraId="405AD1EB" w14:textId="77777777" w:rsidR="00EE4C76" w:rsidRDefault="00000000">
            <w:pPr>
              <w:spacing w:before="40" w:after="40"/>
            </w:pPr>
            <w:r>
              <w:rPr>
                <w:b/>
                <w:color w:val="FFFFFF"/>
                <w:sz w:val="20"/>
              </w:rPr>
              <w:t>3. PATIENT PHARMACY / MEDICATION SOURCE</w:t>
            </w:r>
          </w:p>
        </w:tc>
      </w:tr>
    </w:tbl>
    <w:p w14:paraId="20BD6E84" w14:textId="77777777" w:rsidR="00EE4C76" w:rsidRDefault="00EE4C7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056"/>
      </w:tblGrid>
      <w:tr w:rsidR="00EE4C76" w14:paraId="76939EFF" w14:textId="77777777">
        <w:trPr>
          <w:jc w:val="center"/>
        </w:trPr>
        <w:tc>
          <w:tcPr>
            <w:tcW w:w="2880" w:type="dxa"/>
            <w:shd w:val="clear" w:color="auto" w:fill="EAF1F2"/>
            <w:vAlign w:val="center"/>
          </w:tcPr>
          <w:p w14:paraId="1E457E9E" w14:textId="77777777" w:rsidR="00EE4C76" w:rsidRDefault="00000000">
            <w:pPr>
              <w:spacing w:before="60" w:after="60"/>
            </w:pPr>
            <w:r>
              <w:t>Organization / pharmacy name</w:t>
            </w:r>
          </w:p>
        </w:tc>
        <w:tc>
          <w:tcPr>
            <w:tcW w:w="7056" w:type="dxa"/>
            <w:vAlign w:val="center"/>
          </w:tcPr>
          <w:p w14:paraId="6B1743DE" w14:textId="77777777" w:rsidR="00EE4C76" w:rsidRDefault="00000000">
            <w:pPr>
              <w:spacing w:before="60" w:after="60"/>
            </w:pPr>
            <w:r>
              <w:t>________________________________________________________________</w:t>
            </w:r>
          </w:p>
        </w:tc>
      </w:tr>
      <w:tr w:rsidR="00EE4C76" w14:paraId="1E4E0923" w14:textId="77777777">
        <w:trPr>
          <w:jc w:val="center"/>
        </w:trPr>
        <w:tc>
          <w:tcPr>
            <w:tcW w:w="2880" w:type="dxa"/>
            <w:shd w:val="clear" w:color="auto" w:fill="EAF1F2"/>
            <w:vAlign w:val="center"/>
          </w:tcPr>
          <w:p w14:paraId="18478683" w14:textId="77777777" w:rsidR="00EE4C76" w:rsidRDefault="00000000">
            <w:pPr>
              <w:spacing w:before="60" w:after="60"/>
            </w:pPr>
            <w:r>
              <w:t>Address</w:t>
            </w:r>
          </w:p>
        </w:tc>
        <w:tc>
          <w:tcPr>
            <w:tcW w:w="7056" w:type="dxa"/>
            <w:vAlign w:val="center"/>
          </w:tcPr>
          <w:p w14:paraId="0B001C65" w14:textId="77777777" w:rsidR="00EE4C76" w:rsidRDefault="00000000">
            <w:pPr>
              <w:spacing w:before="60" w:after="60"/>
            </w:pPr>
            <w:r>
              <w:t>________________________________________________________________</w:t>
            </w:r>
          </w:p>
        </w:tc>
      </w:tr>
      <w:tr w:rsidR="00EE4C76" w14:paraId="5F8F014C" w14:textId="77777777">
        <w:trPr>
          <w:jc w:val="center"/>
        </w:trPr>
        <w:tc>
          <w:tcPr>
            <w:tcW w:w="2880" w:type="dxa"/>
            <w:shd w:val="clear" w:color="auto" w:fill="EAF1F2"/>
            <w:vAlign w:val="center"/>
          </w:tcPr>
          <w:p w14:paraId="32C15144" w14:textId="77777777" w:rsidR="00EE4C76" w:rsidRDefault="00000000">
            <w:pPr>
              <w:spacing w:before="60" w:after="60"/>
            </w:pPr>
            <w:r>
              <w:t>Phone number</w:t>
            </w:r>
          </w:p>
        </w:tc>
        <w:tc>
          <w:tcPr>
            <w:tcW w:w="7056" w:type="dxa"/>
            <w:vAlign w:val="center"/>
          </w:tcPr>
          <w:p w14:paraId="3D577778" w14:textId="77777777" w:rsidR="00EE4C76" w:rsidRDefault="00000000">
            <w:pPr>
              <w:spacing w:before="60" w:after="60"/>
            </w:pPr>
            <w:r>
              <w:t>________________________________________________________________</w:t>
            </w:r>
          </w:p>
        </w:tc>
      </w:tr>
      <w:tr w:rsidR="00EE4C76" w14:paraId="1E14FCD0" w14:textId="77777777">
        <w:trPr>
          <w:jc w:val="center"/>
        </w:trPr>
        <w:tc>
          <w:tcPr>
            <w:tcW w:w="2880" w:type="dxa"/>
            <w:shd w:val="clear" w:color="auto" w:fill="EAF1F2"/>
            <w:vAlign w:val="center"/>
          </w:tcPr>
          <w:p w14:paraId="0C319E20" w14:textId="77777777" w:rsidR="00EE4C76" w:rsidRDefault="00000000">
            <w:pPr>
              <w:spacing w:before="60" w:after="60"/>
            </w:pPr>
            <w:r>
              <w:t>Fax / secure contact (if applicable)</w:t>
            </w:r>
          </w:p>
        </w:tc>
        <w:tc>
          <w:tcPr>
            <w:tcW w:w="7056" w:type="dxa"/>
            <w:vAlign w:val="center"/>
          </w:tcPr>
          <w:p w14:paraId="668BD91C" w14:textId="77777777" w:rsidR="00EE4C76" w:rsidRDefault="00000000">
            <w:pPr>
              <w:spacing w:before="60" w:after="60"/>
            </w:pPr>
            <w:r>
              <w:t>________________________________________________________________</w:t>
            </w:r>
          </w:p>
        </w:tc>
      </w:tr>
    </w:tbl>
    <w:p w14:paraId="263371C9" w14:textId="77777777" w:rsidR="00EE4C76" w:rsidRDefault="00EE4C76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EE4C76" w14:paraId="1D7133E3" w14:textId="77777777">
        <w:trPr>
          <w:jc w:val="center"/>
        </w:trPr>
        <w:tc>
          <w:tcPr>
            <w:tcW w:w="10224" w:type="dxa"/>
            <w:shd w:val="clear" w:color="auto" w:fill="1A5C69"/>
            <w:vAlign w:val="center"/>
          </w:tcPr>
          <w:p w14:paraId="1EA0E4AB" w14:textId="77777777" w:rsidR="00EE4C76" w:rsidRDefault="00000000">
            <w:pPr>
              <w:spacing w:before="40" w:after="40"/>
            </w:pPr>
            <w:r>
              <w:rPr>
                <w:b/>
                <w:color w:val="FFFFFF"/>
                <w:sz w:val="20"/>
              </w:rPr>
              <w:t>4. MEDICATION LIST</w:t>
            </w:r>
          </w:p>
        </w:tc>
      </w:tr>
    </w:tbl>
    <w:p w14:paraId="1AE0550C" w14:textId="77777777" w:rsidR="00EE4C76" w:rsidRDefault="00EE4C76">
      <w:pPr>
        <w:spacing w:after="0"/>
      </w:pPr>
    </w:p>
    <w:p w14:paraId="2B2B6F13" w14:textId="77777777" w:rsidR="00EE4C76" w:rsidRDefault="00000000">
      <w:pPr>
        <w:spacing w:after="80"/>
      </w:pPr>
      <w:r>
        <w:t>List the current prescribed medication(s), including strength, dose, route, and frequency. Attach a current medication list or prescription details if needed.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2"/>
        <w:gridCol w:w="2043"/>
        <w:gridCol w:w="2043"/>
        <w:gridCol w:w="2043"/>
        <w:gridCol w:w="2043"/>
      </w:tblGrid>
      <w:tr w:rsidR="00EE4C76" w14:paraId="5251FA7D" w14:textId="77777777">
        <w:trPr>
          <w:jc w:val="center"/>
        </w:trPr>
        <w:tc>
          <w:tcPr>
            <w:tcW w:w="2045" w:type="dxa"/>
            <w:shd w:val="clear" w:color="auto" w:fill="EAF1F2"/>
          </w:tcPr>
          <w:p w14:paraId="3C50EAD8" w14:textId="77777777" w:rsidR="00EE4C76" w:rsidRDefault="00000000">
            <w:r>
              <w:rPr>
                <w:b/>
                <w:sz w:val="16"/>
              </w:rPr>
              <w:t>#</w:t>
            </w:r>
          </w:p>
        </w:tc>
        <w:tc>
          <w:tcPr>
            <w:tcW w:w="2045" w:type="dxa"/>
            <w:shd w:val="clear" w:color="auto" w:fill="EAF1F2"/>
          </w:tcPr>
          <w:p w14:paraId="074E2A21" w14:textId="77777777" w:rsidR="00EE4C76" w:rsidRDefault="00000000">
            <w:r>
              <w:rPr>
                <w:b/>
                <w:sz w:val="16"/>
              </w:rPr>
              <w:t>Medication name</w:t>
            </w:r>
          </w:p>
        </w:tc>
        <w:tc>
          <w:tcPr>
            <w:tcW w:w="2045" w:type="dxa"/>
            <w:shd w:val="clear" w:color="auto" w:fill="EAF1F2"/>
          </w:tcPr>
          <w:p w14:paraId="5CB2D64E" w14:textId="77777777" w:rsidR="00EE4C76" w:rsidRDefault="00000000">
            <w:r>
              <w:rPr>
                <w:b/>
                <w:sz w:val="16"/>
              </w:rPr>
              <w:t>Strength / dose</w:t>
            </w:r>
          </w:p>
        </w:tc>
        <w:tc>
          <w:tcPr>
            <w:tcW w:w="2045" w:type="dxa"/>
            <w:shd w:val="clear" w:color="auto" w:fill="EAF1F2"/>
          </w:tcPr>
          <w:p w14:paraId="53D44F84" w14:textId="77777777" w:rsidR="00EE4C76" w:rsidRDefault="00000000">
            <w:r>
              <w:rPr>
                <w:b/>
                <w:sz w:val="16"/>
              </w:rPr>
              <w:t>Route</w:t>
            </w:r>
          </w:p>
        </w:tc>
        <w:tc>
          <w:tcPr>
            <w:tcW w:w="2045" w:type="dxa"/>
            <w:shd w:val="clear" w:color="auto" w:fill="EAF1F2"/>
          </w:tcPr>
          <w:p w14:paraId="12FB6B59" w14:textId="77777777" w:rsidR="00EE4C76" w:rsidRDefault="00000000">
            <w:r>
              <w:rPr>
                <w:b/>
                <w:sz w:val="16"/>
              </w:rPr>
              <w:t>Frequency / timing</w:t>
            </w:r>
          </w:p>
        </w:tc>
      </w:tr>
      <w:tr w:rsidR="00EE4C76" w14:paraId="21A718EA" w14:textId="77777777">
        <w:trPr>
          <w:jc w:val="center"/>
        </w:trPr>
        <w:tc>
          <w:tcPr>
            <w:tcW w:w="2045" w:type="dxa"/>
            <w:vAlign w:val="center"/>
          </w:tcPr>
          <w:p w14:paraId="2E03805A" w14:textId="77777777" w:rsidR="00EE4C76" w:rsidRDefault="00000000">
            <w:pPr>
              <w:spacing w:before="80" w:after="80"/>
            </w:pPr>
            <w:r>
              <w:rPr>
                <w:sz w:val="16"/>
              </w:rPr>
              <w:t>1</w:t>
            </w:r>
          </w:p>
        </w:tc>
        <w:tc>
          <w:tcPr>
            <w:tcW w:w="2045" w:type="dxa"/>
            <w:vAlign w:val="center"/>
          </w:tcPr>
          <w:p w14:paraId="575FC899" w14:textId="77777777" w:rsidR="00EE4C76" w:rsidRDefault="00EE4C76">
            <w:pPr>
              <w:spacing w:before="80" w:after="80"/>
            </w:pPr>
          </w:p>
        </w:tc>
        <w:tc>
          <w:tcPr>
            <w:tcW w:w="2045" w:type="dxa"/>
            <w:vAlign w:val="center"/>
          </w:tcPr>
          <w:p w14:paraId="109F6F80" w14:textId="77777777" w:rsidR="00EE4C76" w:rsidRDefault="00EE4C76">
            <w:pPr>
              <w:spacing w:before="80" w:after="80"/>
            </w:pPr>
          </w:p>
        </w:tc>
        <w:tc>
          <w:tcPr>
            <w:tcW w:w="2045" w:type="dxa"/>
            <w:vAlign w:val="center"/>
          </w:tcPr>
          <w:p w14:paraId="4F8533C7" w14:textId="77777777" w:rsidR="00EE4C76" w:rsidRDefault="00EE4C76">
            <w:pPr>
              <w:spacing w:before="80" w:after="80"/>
            </w:pPr>
          </w:p>
        </w:tc>
        <w:tc>
          <w:tcPr>
            <w:tcW w:w="2045" w:type="dxa"/>
            <w:vAlign w:val="center"/>
          </w:tcPr>
          <w:p w14:paraId="44202E90" w14:textId="77777777" w:rsidR="00EE4C76" w:rsidRDefault="00EE4C76">
            <w:pPr>
              <w:spacing w:before="80" w:after="80"/>
            </w:pPr>
          </w:p>
        </w:tc>
      </w:tr>
      <w:tr w:rsidR="00EE4C76" w14:paraId="009FA8E4" w14:textId="77777777">
        <w:trPr>
          <w:jc w:val="center"/>
        </w:trPr>
        <w:tc>
          <w:tcPr>
            <w:tcW w:w="2045" w:type="dxa"/>
            <w:vAlign w:val="center"/>
          </w:tcPr>
          <w:p w14:paraId="2273913E" w14:textId="77777777" w:rsidR="00EE4C76" w:rsidRDefault="00000000">
            <w:pPr>
              <w:spacing w:before="80" w:after="80"/>
            </w:pPr>
            <w:r>
              <w:rPr>
                <w:sz w:val="16"/>
              </w:rPr>
              <w:t>2</w:t>
            </w:r>
          </w:p>
        </w:tc>
        <w:tc>
          <w:tcPr>
            <w:tcW w:w="2045" w:type="dxa"/>
            <w:vAlign w:val="center"/>
          </w:tcPr>
          <w:p w14:paraId="4697AEE5" w14:textId="77777777" w:rsidR="00EE4C76" w:rsidRDefault="00EE4C76">
            <w:pPr>
              <w:spacing w:before="80" w:after="80"/>
            </w:pPr>
          </w:p>
        </w:tc>
        <w:tc>
          <w:tcPr>
            <w:tcW w:w="2045" w:type="dxa"/>
            <w:vAlign w:val="center"/>
          </w:tcPr>
          <w:p w14:paraId="441D69F2" w14:textId="77777777" w:rsidR="00EE4C76" w:rsidRDefault="00EE4C76">
            <w:pPr>
              <w:spacing w:before="80" w:after="80"/>
            </w:pPr>
          </w:p>
        </w:tc>
        <w:tc>
          <w:tcPr>
            <w:tcW w:w="2045" w:type="dxa"/>
            <w:vAlign w:val="center"/>
          </w:tcPr>
          <w:p w14:paraId="37765230" w14:textId="77777777" w:rsidR="00EE4C76" w:rsidRDefault="00EE4C76">
            <w:pPr>
              <w:spacing w:before="80" w:after="80"/>
            </w:pPr>
          </w:p>
        </w:tc>
        <w:tc>
          <w:tcPr>
            <w:tcW w:w="2045" w:type="dxa"/>
            <w:vAlign w:val="center"/>
          </w:tcPr>
          <w:p w14:paraId="513BDD25" w14:textId="77777777" w:rsidR="00EE4C76" w:rsidRDefault="00EE4C76">
            <w:pPr>
              <w:spacing w:before="80" w:after="80"/>
            </w:pPr>
          </w:p>
        </w:tc>
      </w:tr>
      <w:tr w:rsidR="00EE4C76" w14:paraId="00D99949" w14:textId="77777777">
        <w:trPr>
          <w:jc w:val="center"/>
        </w:trPr>
        <w:tc>
          <w:tcPr>
            <w:tcW w:w="2045" w:type="dxa"/>
            <w:vAlign w:val="center"/>
          </w:tcPr>
          <w:p w14:paraId="081EDB25" w14:textId="77777777" w:rsidR="00EE4C76" w:rsidRDefault="00000000">
            <w:pPr>
              <w:spacing w:before="80" w:after="80"/>
            </w:pPr>
            <w:r>
              <w:rPr>
                <w:sz w:val="16"/>
              </w:rPr>
              <w:t>3</w:t>
            </w:r>
          </w:p>
        </w:tc>
        <w:tc>
          <w:tcPr>
            <w:tcW w:w="2045" w:type="dxa"/>
            <w:vAlign w:val="center"/>
          </w:tcPr>
          <w:p w14:paraId="22C9C348" w14:textId="77777777" w:rsidR="00EE4C76" w:rsidRDefault="00EE4C76">
            <w:pPr>
              <w:spacing w:before="80" w:after="80"/>
            </w:pPr>
          </w:p>
        </w:tc>
        <w:tc>
          <w:tcPr>
            <w:tcW w:w="2045" w:type="dxa"/>
            <w:vAlign w:val="center"/>
          </w:tcPr>
          <w:p w14:paraId="31555FE9" w14:textId="77777777" w:rsidR="00EE4C76" w:rsidRDefault="00EE4C76">
            <w:pPr>
              <w:spacing w:before="80" w:after="80"/>
            </w:pPr>
          </w:p>
        </w:tc>
        <w:tc>
          <w:tcPr>
            <w:tcW w:w="2045" w:type="dxa"/>
            <w:vAlign w:val="center"/>
          </w:tcPr>
          <w:p w14:paraId="334D3910" w14:textId="77777777" w:rsidR="00EE4C76" w:rsidRDefault="00EE4C76">
            <w:pPr>
              <w:spacing w:before="80" w:after="80"/>
            </w:pPr>
          </w:p>
        </w:tc>
        <w:tc>
          <w:tcPr>
            <w:tcW w:w="2045" w:type="dxa"/>
            <w:vAlign w:val="center"/>
          </w:tcPr>
          <w:p w14:paraId="3492DA9D" w14:textId="77777777" w:rsidR="00EE4C76" w:rsidRDefault="00EE4C76">
            <w:pPr>
              <w:spacing w:before="80" w:after="80"/>
            </w:pPr>
          </w:p>
        </w:tc>
      </w:tr>
      <w:tr w:rsidR="00EE4C76" w14:paraId="1ABF0E58" w14:textId="77777777">
        <w:trPr>
          <w:jc w:val="center"/>
        </w:trPr>
        <w:tc>
          <w:tcPr>
            <w:tcW w:w="2045" w:type="dxa"/>
            <w:vAlign w:val="center"/>
          </w:tcPr>
          <w:p w14:paraId="36DA31FE" w14:textId="77777777" w:rsidR="00EE4C76" w:rsidRDefault="00000000">
            <w:pPr>
              <w:spacing w:before="80" w:after="80"/>
            </w:pPr>
            <w:r>
              <w:rPr>
                <w:sz w:val="16"/>
              </w:rPr>
              <w:lastRenderedPageBreak/>
              <w:t>4</w:t>
            </w:r>
          </w:p>
        </w:tc>
        <w:tc>
          <w:tcPr>
            <w:tcW w:w="2045" w:type="dxa"/>
            <w:vAlign w:val="center"/>
          </w:tcPr>
          <w:p w14:paraId="6BBC9C66" w14:textId="77777777" w:rsidR="00EE4C76" w:rsidRDefault="00EE4C76">
            <w:pPr>
              <w:spacing w:before="80" w:after="80"/>
            </w:pPr>
          </w:p>
        </w:tc>
        <w:tc>
          <w:tcPr>
            <w:tcW w:w="2045" w:type="dxa"/>
            <w:vAlign w:val="center"/>
          </w:tcPr>
          <w:p w14:paraId="3DC8EED0" w14:textId="77777777" w:rsidR="00EE4C76" w:rsidRDefault="00EE4C76">
            <w:pPr>
              <w:spacing w:before="80" w:after="80"/>
            </w:pPr>
          </w:p>
        </w:tc>
        <w:tc>
          <w:tcPr>
            <w:tcW w:w="2045" w:type="dxa"/>
            <w:vAlign w:val="center"/>
          </w:tcPr>
          <w:p w14:paraId="607E81D8" w14:textId="77777777" w:rsidR="00EE4C76" w:rsidRDefault="00EE4C76">
            <w:pPr>
              <w:spacing w:before="80" w:after="80"/>
            </w:pPr>
          </w:p>
        </w:tc>
        <w:tc>
          <w:tcPr>
            <w:tcW w:w="2045" w:type="dxa"/>
            <w:vAlign w:val="center"/>
          </w:tcPr>
          <w:p w14:paraId="704824F7" w14:textId="77777777" w:rsidR="00EE4C76" w:rsidRDefault="00EE4C76">
            <w:pPr>
              <w:spacing w:before="80" w:after="80"/>
            </w:pPr>
          </w:p>
        </w:tc>
      </w:tr>
    </w:tbl>
    <w:p w14:paraId="2E960E20" w14:textId="77777777" w:rsidR="00EE4C76" w:rsidRDefault="00EE4C76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EE4C76" w14:paraId="5CB6BB34" w14:textId="77777777">
        <w:trPr>
          <w:jc w:val="center"/>
        </w:trPr>
        <w:tc>
          <w:tcPr>
            <w:tcW w:w="10224" w:type="dxa"/>
            <w:shd w:val="clear" w:color="auto" w:fill="1A5C69"/>
            <w:vAlign w:val="center"/>
          </w:tcPr>
          <w:p w14:paraId="4DA8B864" w14:textId="77777777" w:rsidR="00EE4C76" w:rsidRDefault="00000000">
            <w:pPr>
              <w:spacing w:before="40" w:after="40"/>
            </w:pPr>
            <w:r>
              <w:rPr>
                <w:b/>
                <w:color w:val="FFFFFF"/>
                <w:sz w:val="20"/>
              </w:rPr>
              <w:t>5. REFERRAL DETAILS</w:t>
            </w:r>
          </w:p>
        </w:tc>
      </w:tr>
    </w:tbl>
    <w:p w14:paraId="6938A2CA" w14:textId="77777777" w:rsidR="00EE4C76" w:rsidRDefault="00EE4C7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056"/>
      </w:tblGrid>
      <w:tr w:rsidR="00EE4C76" w14:paraId="35BE2F02" w14:textId="77777777">
        <w:trPr>
          <w:jc w:val="center"/>
        </w:trPr>
        <w:tc>
          <w:tcPr>
            <w:tcW w:w="2880" w:type="dxa"/>
            <w:shd w:val="clear" w:color="auto" w:fill="EAF1F2"/>
            <w:vAlign w:val="center"/>
          </w:tcPr>
          <w:p w14:paraId="3CCA049D" w14:textId="77777777" w:rsidR="00EE4C76" w:rsidRDefault="00000000">
            <w:pPr>
              <w:spacing w:before="60" w:after="60"/>
            </w:pPr>
            <w:r>
              <w:t>Reason for referral / support requested</w:t>
            </w:r>
          </w:p>
        </w:tc>
        <w:tc>
          <w:tcPr>
            <w:tcW w:w="7056" w:type="dxa"/>
            <w:vAlign w:val="center"/>
          </w:tcPr>
          <w:p w14:paraId="2D1FBDB9" w14:textId="77777777" w:rsidR="00EE4C76" w:rsidRDefault="00000000">
            <w:pPr>
              <w:spacing w:before="60" w:after="60"/>
            </w:pPr>
            <w:r>
              <w:t>________________________________________________________________</w:t>
            </w:r>
            <w:r>
              <w:br/>
              <w:t>________________________________________________________________</w:t>
            </w:r>
          </w:p>
        </w:tc>
      </w:tr>
      <w:tr w:rsidR="00EE4C76" w14:paraId="51D3448D" w14:textId="77777777">
        <w:trPr>
          <w:jc w:val="center"/>
        </w:trPr>
        <w:tc>
          <w:tcPr>
            <w:tcW w:w="2880" w:type="dxa"/>
            <w:shd w:val="clear" w:color="auto" w:fill="EAF1F2"/>
            <w:vAlign w:val="center"/>
          </w:tcPr>
          <w:p w14:paraId="5C1E4088" w14:textId="77777777" w:rsidR="00EE4C76" w:rsidRDefault="00000000">
            <w:pPr>
              <w:spacing w:before="60" w:after="60"/>
            </w:pPr>
            <w:r>
              <w:t>Relevant administration instructions / considerations</w:t>
            </w:r>
          </w:p>
        </w:tc>
        <w:tc>
          <w:tcPr>
            <w:tcW w:w="7056" w:type="dxa"/>
            <w:vAlign w:val="center"/>
          </w:tcPr>
          <w:p w14:paraId="0F9E9553" w14:textId="77777777" w:rsidR="00EE4C76" w:rsidRDefault="00000000">
            <w:pPr>
              <w:spacing w:before="60" w:after="60"/>
            </w:pPr>
            <w:r>
              <w:t>________________________________________________________________</w:t>
            </w:r>
            <w:r>
              <w:br/>
              <w:t>________________________________________________________________</w:t>
            </w:r>
          </w:p>
        </w:tc>
      </w:tr>
      <w:tr w:rsidR="00EE4C76" w14:paraId="16520A8B" w14:textId="77777777">
        <w:trPr>
          <w:jc w:val="center"/>
        </w:trPr>
        <w:tc>
          <w:tcPr>
            <w:tcW w:w="2880" w:type="dxa"/>
            <w:shd w:val="clear" w:color="auto" w:fill="EAF1F2"/>
            <w:vAlign w:val="center"/>
          </w:tcPr>
          <w:p w14:paraId="30F9C64A" w14:textId="77777777" w:rsidR="00EE4C76" w:rsidRDefault="00000000">
            <w:pPr>
              <w:spacing w:before="60" w:after="60"/>
            </w:pPr>
            <w:r>
              <w:t>Preferred days / times for support</w:t>
            </w:r>
          </w:p>
        </w:tc>
        <w:tc>
          <w:tcPr>
            <w:tcW w:w="7056" w:type="dxa"/>
            <w:vAlign w:val="center"/>
          </w:tcPr>
          <w:p w14:paraId="7938E264" w14:textId="77777777" w:rsidR="00EE4C76" w:rsidRDefault="00000000">
            <w:pPr>
              <w:spacing w:before="60" w:after="60"/>
            </w:pPr>
            <w:r>
              <w:t>________________________________________________________________</w:t>
            </w:r>
          </w:p>
        </w:tc>
      </w:tr>
      <w:tr w:rsidR="00EE4C76" w14:paraId="380E35B5" w14:textId="77777777">
        <w:trPr>
          <w:jc w:val="center"/>
        </w:trPr>
        <w:tc>
          <w:tcPr>
            <w:tcW w:w="2880" w:type="dxa"/>
            <w:shd w:val="clear" w:color="auto" w:fill="EAF1F2"/>
            <w:vAlign w:val="center"/>
          </w:tcPr>
          <w:p w14:paraId="646B45D8" w14:textId="77777777" w:rsidR="00EE4C76" w:rsidRDefault="00000000">
            <w:pPr>
              <w:spacing w:before="60" w:after="60"/>
            </w:pPr>
            <w:r>
              <w:t>Additional information</w:t>
            </w:r>
          </w:p>
        </w:tc>
        <w:tc>
          <w:tcPr>
            <w:tcW w:w="7056" w:type="dxa"/>
            <w:vAlign w:val="center"/>
          </w:tcPr>
          <w:p w14:paraId="02635706" w14:textId="77777777" w:rsidR="00EE4C76" w:rsidRDefault="00000000">
            <w:pPr>
              <w:spacing w:before="60" w:after="60"/>
            </w:pPr>
            <w:r>
              <w:t>________________________________________________________________</w:t>
            </w:r>
            <w:r>
              <w:br/>
              <w:t>________________________________________________________________</w:t>
            </w:r>
          </w:p>
        </w:tc>
      </w:tr>
    </w:tbl>
    <w:p w14:paraId="142F20E6" w14:textId="77777777" w:rsidR="00EE4C76" w:rsidRDefault="00EE4C76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EE4C76" w14:paraId="7FAE5E03" w14:textId="77777777">
        <w:trPr>
          <w:jc w:val="center"/>
        </w:trPr>
        <w:tc>
          <w:tcPr>
            <w:tcW w:w="10224" w:type="dxa"/>
            <w:shd w:val="clear" w:color="auto" w:fill="1A5C69"/>
            <w:vAlign w:val="center"/>
          </w:tcPr>
          <w:p w14:paraId="6F0DCE40" w14:textId="77777777" w:rsidR="00EE4C76" w:rsidRDefault="00000000">
            <w:pPr>
              <w:spacing w:before="40" w:after="40"/>
            </w:pPr>
            <w:r>
              <w:rPr>
                <w:b/>
                <w:color w:val="FFFFFF"/>
                <w:sz w:val="20"/>
              </w:rPr>
              <w:t>6. CONSENT AND REFERRER ATTESTATION</w:t>
            </w:r>
          </w:p>
        </w:tc>
      </w:tr>
    </w:tbl>
    <w:p w14:paraId="5F59A787" w14:textId="77777777" w:rsidR="00EE4C76" w:rsidRDefault="00EE4C76">
      <w:pPr>
        <w:spacing w:after="0"/>
      </w:pPr>
    </w:p>
    <w:p w14:paraId="0D7CCB6D" w14:textId="77777777" w:rsidR="00EE4C76" w:rsidRDefault="00000000">
      <w:pPr>
        <w:spacing w:after="100"/>
      </w:pPr>
      <w:r>
        <w:t>☐ The patient / authorized substitute decision-maker has consented to this referral and to the sharing of relevant information with CareDose Mobile Care for the purpose of assessing and coordinating the requested service.</w:t>
      </w:r>
    </w:p>
    <w:p w14:paraId="0794BEDC" w14:textId="77777777" w:rsidR="00EE4C76" w:rsidRDefault="00000000">
      <w:pPr>
        <w:spacing w:after="100"/>
      </w:pPr>
      <w:r>
        <w:t>I confirm that the information provided is accurate to the best of my knowledge and that medication information reflects current prescriber instructions.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056"/>
      </w:tblGrid>
      <w:tr w:rsidR="00EE4C76" w14:paraId="6E62732E" w14:textId="77777777">
        <w:trPr>
          <w:jc w:val="center"/>
        </w:trPr>
        <w:tc>
          <w:tcPr>
            <w:tcW w:w="2880" w:type="dxa"/>
            <w:shd w:val="clear" w:color="auto" w:fill="EAF1F2"/>
            <w:vAlign w:val="center"/>
          </w:tcPr>
          <w:p w14:paraId="706AC27B" w14:textId="77777777" w:rsidR="00EE4C76" w:rsidRDefault="00000000">
            <w:pPr>
              <w:spacing w:before="60" w:after="60"/>
            </w:pPr>
            <w:r>
              <w:t>Referrer signature</w:t>
            </w:r>
          </w:p>
        </w:tc>
        <w:tc>
          <w:tcPr>
            <w:tcW w:w="7056" w:type="dxa"/>
            <w:vAlign w:val="center"/>
          </w:tcPr>
          <w:p w14:paraId="4AB3CA3D" w14:textId="77777777" w:rsidR="00EE4C76" w:rsidRDefault="00000000">
            <w:pPr>
              <w:spacing w:before="60" w:after="60"/>
            </w:pPr>
            <w:r>
              <w:t>________________________________________________________________</w:t>
            </w:r>
          </w:p>
        </w:tc>
      </w:tr>
      <w:tr w:rsidR="00EE4C76" w14:paraId="456F0F40" w14:textId="77777777">
        <w:trPr>
          <w:jc w:val="center"/>
        </w:trPr>
        <w:tc>
          <w:tcPr>
            <w:tcW w:w="2880" w:type="dxa"/>
            <w:shd w:val="clear" w:color="auto" w:fill="EAF1F2"/>
            <w:vAlign w:val="center"/>
          </w:tcPr>
          <w:p w14:paraId="51E99090" w14:textId="77777777" w:rsidR="00EE4C76" w:rsidRDefault="00000000">
            <w:pPr>
              <w:spacing w:before="60" w:after="60"/>
            </w:pPr>
            <w:r>
              <w:t>Printed name and role</w:t>
            </w:r>
          </w:p>
        </w:tc>
        <w:tc>
          <w:tcPr>
            <w:tcW w:w="7056" w:type="dxa"/>
            <w:vAlign w:val="center"/>
          </w:tcPr>
          <w:p w14:paraId="085BD10A" w14:textId="77777777" w:rsidR="00EE4C76" w:rsidRDefault="00000000">
            <w:pPr>
              <w:spacing w:before="60" w:after="60"/>
            </w:pPr>
            <w:r>
              <w:t>________________________________________________________________</w:t>
            </w:r>
          </w:p>
        </w:tc>
      </w:tr>
      <w:tr w:rsidR="00EE4C76" w14:paraId="63703E86" w14:textId="77777777">
        <w:trPr>
          <w:jc w:val="center"/>
        </w:trPr>
        <w:tc>
          <w:tcPr>
            <w:tcW w:w="2880" w:type="dxa"/>
            <w:shd w:val="clear" w:color="auto" w:fill="EAF1F2"/>
            <w:vAlign w:val="center"/>
          </w:tcPr>
          <w:p w14:paraId="50A8E0F1" w14:textId="77777777" w:rsidR="00EE4C76" w:rsidRDefault="00000000">
            <w:pPr>
              <w:spacing w:before="60" w:after="60"/>
            </w:pPr>
            <w:r>
              <w:t>Date (YYYY-MM-DD)</w:t>
            </w:r>
          </w:p>
        </w:tc>
        <w:tc>
          <w:tcPr>
            <w:tcW w:w="7056" w:type="dxa"/>
            <w:vAlign w:val="center"/>
          </w:tcPr>
          <w:p w14:paraId="79CA5D75" w14:textId="77777777" w:rsidR="00EE4C76" w:rsidRDefault="00000000">
            <w:pPr>
              <w:spacing w:before="60" w:after="60"/>
            </w:pPr>
            <w:r>
              <w:t>________________________________________________________________</w:t>
            </w:r>
          </w:p>
        </w:tc>
      </w:tr>
    </w:tbl>
    <w:p w14:paraId="641B7F9B" w14:textId="77777777" w:rsidR="00EE4C76" w:rsidRDefault="00EE4C76">
      <w:pPr>
        <w:spacing w:after="0"/>
      </w:pPr>
    </w:p>
    <w:p w14:paraId="0DFB50DA" w14:textId="77777777" w:rsidR="00EE4C76" w:rsidRDefault="00000000">
      <w:pPr>
        <w:spacing w:before="80"/>
        <w:jc w:val="center"/>
      </w:pPr>
      <w:r>
        <w:rPr>
          <w:i/>
          <w:color w:val="5A6469"/>
          <w:sz w:val="16"/>
        </w:rPr>
        <w:t>CareDose Mobile Care | Referral information is confidential</w:t>
      </w:r>
    </w:p>
    <w:sectPr w:rsidR="00EE4C76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7313710">
    <w:abstractNumId w:val="8"/>
  </w:num>
  <w:num w:numId="2" w16cid:durableId="1269654230">
    <w:abstractNumId w:val="6"/>
  </w:num>
  <w:num w:numId="3" w16cid:durableId="1060130559">
    <w:abstractNumId w:val="5"/>
  </w:num>
  <w:num w:numId="4" w16cid:durableId="848953463">
    <w:abstractNumId w:val="4"/>
  </w:num>
  <w:num w:numId="5" w16cid:durableId="1165584417">
    <w:abstractNumId w:val="7"/>
  </w:num>
  <w:num w:numId="6" w16cid:durableId="1661543412">
    <w:abstractNumId w:val="3"/>
  </w:num>
  <w:num w:numId="7" w16cid:durableId="321158769">
    <w:abstractNumId w:val="2"/>
  </w:num>
  <w:num w:numId="8" w16cid:durableId="1514690254">
    <w:abstractNumId w:val="1"/>
  </w:num>
  <w:num w:numId="9" w16cid:durableId="1325007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1719F"/>
    <w:rsid w:val="00326F90"/>
    <w:rsid w:val="0062017D"/>
    <w:rsid w:val="00957BF6"/>
    <w:rsid w:val="00AA1D8D"/>
    <w:rsid w:val="00B47730"/>
    <w:rsid w:val="00CB0664"/>
    <w:rsid w:val="00EE4C7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BC74E5"/>
  <w14:defaultImageDpi w14:val="300"/>
  <w15:docId w15:val="{2D4D79D5-0321-4135-91FC-5B541E34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D3741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Chukwuemeka Uwadiegwu</cp:lastModifiedBy>
  <cp:revision>3</cp:revision>
  <dcterms:created xsi:type="dcterms:W3CDTF">2026-10-09T17:02:00Z</dcterms:created>
  <dcterms:modified xsi:type="dcterms:W3CDTF">2026-10-09T17:27:00Z</dcterms:modified>
  <cp:category/>
</cp:coreProperties>
</file>